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מרחק עצירה ופיזיקת הבלימה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מרכיבי מרחק העצירה - מרחק תגובה ומרחק בלימה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כיצד מהירות, זמן תגובה ומצב הכביש משפיעים על מרחק העצירה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פשוט לפי הנוסחה שבמעבדה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הנוסחה והמושגים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d = v·t + v²/(2·μ·g)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מרחק תגובה = מהירות כפול זמן תגובה, ולכן תלוי בשניהם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מים מקטינים את האחיזה בין הצמיגים לכביש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בלימה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2. 0.7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סימנים למושגים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(מרחק עצירה כולל)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(מהירות במטר לשנייה)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(זמן תגובה)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(מקדם חיכוך)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חישוב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מקדם החיכוך קטן יותר בכביש רטוב, ולכן מרחק הבלימה יגדל ומרחק העצירה הכולל יהיה ארוך יותר מ-27.9 מטר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מרחק תגובה ומרחק בלימה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מקדם החיכוך קטן יותר ברטוב, האחיזה פחותה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מרחק הבלימה גדל פי ארבעה כי המהירות בריבוע בנוסחה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בסימולציה במעבדה כדי להדגים חזותית את ההבדל בין מהירויות ומצבי 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שהנוסחה מקורבת ותלויה גם ברכב ובצמיגים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למתקשים אפשר לדלג על השאלות המסומנות ולהתמקד במושגים הבסיסיים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מרחק עצירה ופיזיקת הבלימה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במעבדת הפיזיקה של העצירה אפשר לראות איך מהירות, זמן תגובה של הנהג ומצב הכביש משפיעים יחד על המרחק שהרכב צריך כדי לעצור. דף זה מתרגל את המושגים והנוסחה שמופיעים במעבדה.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בלימה  ·  0.7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הנוסחה והמושגים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הנוסחה הנכונה למרחק עצירה כולל?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d = v·t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d = v²/(2·μ·g)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d = v·t + v²/(2·μ·g)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כביש גורם למרחק בלימה ארוך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אין הבדל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מרחק התגובה תלוי רק במהירות ולא בזמן התגובה של הנהג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ככל שהכביש רטוב יותר, מקדם החיכוך קטן יותר ומרחק הבלימה גדל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מרחק עצירה כולל = מרחק תגובה ועוד מרחק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מקדם החיכוך בכביש יבש הוא בערך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סימנים למושגים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d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מקדם חיכוך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v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זמן תגובה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t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מהירות במטר לשנייה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μ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מרחק עצירה כולל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חישוב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המעבדה, במהירות 50 קמ״ש בכביש יבש וזמן תגובה של 1 שנייה, מרחק העצירה הכולל הוא כ-27.9 מ׳. הסבירו מה יקרה למרחק הזה אם הכביש יהיה רטוב, ומדוע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המרכיבים של מרחק העצירה הכולל?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מדוע כביש רטוב מסוכן יותר מכביש יבש מבחינת עצירה?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מרחק עצירה ופיזיקת הבלימה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